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40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6840000" cy="1162266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840000" cy="116226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0" w:line="240" w:lineRule="auto"/>
      </w:pPr>
      <w:r>
        <w:rPr>
          <w:b/>
          <w:sz w:val="20"/>
        </w:rPr>
        <w:t>To</w:t>
      </w:r>
    </w:p>
    <w:p>
      <w:pPr>
        <w:spacing w:before="0" w:after="0" w:line="240" w:lineRule="auto"/>
      </w:pPr>
      <w:r>
        <w:rPr>
          <w:b/>
          <w:sz w:val="20"/>
        </w:rPr>
        <w:t>ASIATIC CONTAINER LINES INDIA PVT LTD</w:t>
      </w:r>
    </w:p>
    <w:p>
      <w:pPr>
        <w:spacing w:before="0" w:after="0" w:line="240" w:lineRule="auto"/>
        <w:jc w:val="center"/>
      </w:pPr>
      <w:r>
        <w:rPr>
          <w:b/>
          <w:i/>
          <w:sz w:val="22"/>
          <w:u w:val="single"/>
        </w:rPr>
        <w:t>KNOW YOUR CUSTOMER FORM</w:t>
      </w:r>
    </w:p>
    <w:tbl>
      <w:tblPr>
        <w:tblW w:type="auto" w:w="0"/>
        <w:jc w:val="center"/>
        <w:tblLook w:firstColumn="1" w:firstRow="1" w:lastColumn="0" w:lastRow="0" w:noHBand="0" w:noVBand="1" w:val="04A0"/>
        <w:tblCellMar>
          <w:top w:w="10" w:type="dxa"/>
          <w:bottom w:w="10" w:type="dxa"/>
          <w:left w:w="60" w:type="dxa"/>
          <w:right w:w="60" w:type="dxa"/>
        </w:tblCellMar>
      </w:tblPr>
      <w:tblGrid>
        <w:gridCol w:w="5386"/>
        <w:gridCol w:w="5386"/>
      </w:tblGrid>
      <w:tr>
        <w:tc>
          <w:tcPr>
            <w:tcW w:type="dxa" w:w="5386"/>
          </w:tcPr>
          <w:p>
            <w:pPr>
              <w:spacing w:before="0" w:after="0" w:line="240" w:lineRule="auto"/>
            </w:pPr>
            <w:r/>
            <w:r>
              <w:rPr>
                <w:b/>
                <w:i w:val="0"/>
                <w:sz w:val="20"/>
              </w:rPr>
              <w:t>Date : 05-10-2026</w:t>
            </w:r>
          </w:p>
        </w:tc>
        <w:tc>
          <w:tcPr>
            <w:tcW w:type="dxa" w:w="5386"/>
          </w:tcPr>
          <w:p>
            <w:pPr>
              <w:spacing w:before="0" w:after="0" w:line="240" w:lineRule="auto"/>
              <w:jc w:val="right"/>
            </w:pPr>
            <w:r/>
            <w:r>
              <w:rPr>
                <w:b/>
                <w:i w:val="0"/>
                <w:sz w:val="20"/>
              </w:rPr>
              <w:t>Valid for one year only</w:t>
            </w:r>
          </w:p>
        </w:tc>
      </w:tr>
      <w:tr>
        <w:tc>
          <w:tcPr>
            <w:tcW w:type="dxa" w:w="5386"/>
          </w:tcPr>
          <w:p>
            <w:pPr>
              <w:spacing w:before="0" w:after="0" w:line="240" w:lineRule="auto"/>
            </w:pPr>
            <w:r/>
            <w:r>
              <w:rPr>
                <w:b/>
                <w:i w:val="0"/>
                <w:sz w:val="20"/>
              </w:rPr>
              <w:t>Branch : KACHCHH</w:t>
            </w:r>
          </w:p>
        </w:tc>
        <w:tc>
          <w:tcPr>
            <w:tcW w:type="dxa" w:w="5386"/>
          </w:tcPr>
          <w:p>
            <w:pPr>
              <w:spacing w:before="0" w:after="0" w:line="240" w:lineRule="auto"/>
            </w:pPr>
            <w:r/>
            <w:r>
              <w:rPr>
                <w:b w:val="0"/>
                <w:i w:val="0"/>
                <w:sz w:val="18"/>
              </w:rPr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  <w:tblCellMar>
          <w:top w:w="10" w:type="dxa"/>
          <w:bottom w:w="10" w:type="dxa"/>
          <w:left w:w="60" w:type="dxa"/>
          <w:right w:w="60" w:type="dxa"/>
        </w:tblCellMar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</w:tblPr>
      <w:tblGrid>
        <w:gridCol w:w="737"/>
        <w:gridCol w:w="4649"/>
        <w:gridCol w:w="2041"/>
        <w:gridCol w:w="3346"/>
      </w:tblGrid>
      <w:tr>
        <w:trPr>
          <w:trHeight w:hRule="atLeast" w:val="351"/>
        </w:trPr>
        <w:tc>
          <w:tcPr>
            <w:tcW w:type="dxa" w:w="737"/>
            <w:shd w:val="clear" w:fill="F2F2F2"/>
          </w:tcPr>
          <w:p>
            <w:pPr>
              <w:spacing w:before="0" w:after="0" w:line="240" w:lineRule="auto"/>
              <w:jc w:val="center"/>
            </w:pPr>
            <w:r/>
            <w:r>
              <w:rPr>
                <w:b/>
                <w:i w:val="0"/>
                <w:sz w:val="18"/>
              </w:rPr>
              <w:t>Sl. No.</w:t>
            </w:r>
          </w:p>
        </w:tc>
        <w:tc>
          <w:tcPr>
            <w:tcW w:type="dxa" w:w="4649"/>
            <w:shd w:val="clear" w:fill="F2F2F2"/>
          </w:tcPr>
          <w:p>
            <w:pPr>
              <w:spacing w:before="0" w:after="0" w:line="240" w:lineRule="auto"/>
              <w:jc w:val="center"/>
            </w:pPr>
            <w:r/>
            <w:r>
              <w:rPr>
                <w:b/>
                <w:i w:val="0"/>
                <w:sz w:val="18"/>
              </w:rPr>
              <w:t>Particulars</w:t>
            </w:r>
          </w:p>
        </w:tc>
        <w:tc>
          <w:tcPr>
            <w:tcW w:type="dxa" w:w="5387"/>
            <w:gridSpan w:val="2"/>
            <w:shd w:val="clear" w:fill="F2F2F2"/>
            <w:shd w:val="clear" w:fill="F2F2F2"/>
          </w:tcPr>
          <w:p>
            <w:pPr>
              <w:spacing w:before="0" w:after="0" w:line="240" w:lineRule="auto"/>
              <w:jc w:val="center"/>
            </w:pPr>
            <w:r/>
            <w:r>
              <w:rPr>
                <w:b/>
                <w:i w:val="0"/>
                <w:sz w:val="18"/>
              </w:rPr>
              <w:t>(To be Filled by Client)</w:t>
            </w:r>
          </w:p>
        </w:tc>
      </w:tr>
      <w:tr>
        <w:trPr>
          <w:trHeight w:hRule="atLeast" w:val="351"/>
        </w:trPr>
        <w:tc>
          <w:tcPr>
            <w:tcW w:type="dxa" w:w="737"/>
          </w:tcPr>
          <w:p>
            <w:pPr>
              <w:spacing w:before="0" w:after="0" w:line="240" w:lineRule="auto"/>
              <w:jc w:val="center"/>
            </w:pPr>
            <w:r/>
            <w:r>
              <w:rPr>
                <w:b w:val="0"/>
                <w:i w:val="0"/>
                <w:sz w:val="18"/>
              </w:rPr>
              <w:t>1</w:t>
            </w:r>
          </w:p>
        </w:tc>
        <w:tc>
          <w:tcPr>
            <w:tcW w:type="dxa" w:w="4649"/>
          </w:tcPr>
          <w:p>
            <w:pPr>
              <w:spacing w:before="0" w:after="0" w:line="240" w:lineRule="auto"/>
            </w:pPr>
            <w:r/>
            <w:r>
              <w:rPr>
                <w:b w:val="0"/>
                <w:i w:val="0"/>
                <w:sz w:val="18"/>
              </w:rPr>
              <w:t>Name &amp; Address of the Company</w:t>
            </w:r>
          </w:p>
        </w:tc>
        <w:tc>
          <w:tcPr>
            <w:tcW w:type="dxa" w:w="5387"/>
            <w:gridSpan w:val="2"/>
          </w:tcPr>
          <w:p>
            <w:pPr>
              <w:spacing w:before="0" w:after="0" w:line="240" w:lineRule="auto"/>
            </w:pPr>
            <w:r/>
            <w:r>
              <w:rPr>
                <w:b w:val="0"/>
                <w:i w:val="0"/>
                <w:sz w:val="18"/>
              </w:rPr>
            </w:r>
          </w:p>
        </w:tc>
      </w:tr>
      <w:tr>
        <w:trPr>
          <w:trHeight w:hRule="atLeast" w:val="351"/>
        </w:trPr>
        <w:tc>
          <w:tcPr>
            <w:tcW w:type="dxa" w:w="737"/>
          </w:tcPr>
          <w:p>
            <w:pPr>
              <w:spacing w:before="0" w:after="0" w:line="240" w:lineRule="auto"/>
              <w:jc w:val="center"/>
            </w:pPr>
            <w:r/>
            <w:r>
              <w:rPr>
                <w:b w:val="0"/>
                <w:i w:val="0"/>
                <w:sz w:val="18"/>
              </w:rPr>
              <w:t>2</w:t>
            </w:r>
          </w:p>
        </w:tc>
        <w:tc>
          <w:tcPr>
            <w:tcW w:type="dxa" w:w="4649"/>
          </w:tcPr>
          <w:p>
            <w:pPr>
              <w:spacing w:before="0" w:after="0" w:line="240" w:lineRule="auto"/>
            </w:pPr>
            <w:r/>
            <w:r>
              <w:rPr>
                <w:b w:val="0"/>
                <w:i w:val="0"/>
                <w:sz w:val="18"/>
              </w:rPr>
              <w:t>Constitution (Whether Pvt. Ltd., LTD., Partnership, Proprietorship)</w:t>
            </w:r>
          </w:p>
        </w:tc>
        <w:tc>
          <w:tcPr>
            <w:tcW w:type="dxa" w:w="5387"/>
            <w:gridSpan w:val="2"/>
          </w:tcPr>
          <w:p>
            <w:pPr>
              <w:spacing w:before="0" w:after="0" w:line="240" w:lineRule="auto"/>
            </w:pPr>
            <w:r/>
            <w:r>
              <w:rPr>
                <w:b w:val="0"/>
                <w:i w:val="0"/>
                <w:sz w:val="18"/>
              </w:rPr>
            </w:r>
          </w:p>
        </w:tc>
      </w:tr>
      <w:tr>
        <w:trPr>
          <w:trHeight w:hRule="atLeast" w:val="351"/>
        </w:trPr>
        <w:tc>
          <w:tcPr>
            <w:tcW w:type="dxa" w:w="737"/>
          </w:tcPr>
          <w:p>
            <w:pPr>
              <w:spacing w:before="0" w:after="0" w:line="240" w:lineRule="auto"/>
              <w:jc w:val="center"/>
            </w:pPr>
            <w:r/>
            <w:r>
              <w:rPr>
                <w:b w:val="0"/>
                <w:i w:val="0"/>
                <w:sz w:val="18"/>
              </w:rPr>
              <w:t>3</w:t>
            </w:r>
          </w:p>
        </w:tc>
        <w:tc>
          <w:tcPr>
            <w:tcW w:type="dxa" w:w="4649"/>
          </w:tcPr>
          <w:p>
            <w:pPr>
              <w:spacing w:before="0" w:after="0" w:line="240" w:lineRule="auto"/>
            </w:pPr>
            <w:r/>
            <w:r>
              <w:rPr>
                <w:b w:val="0"/>
                <w:i w:val="0"/>
                <w:sz w:val="18"/>
              </w:rPr>
              <w:t>Date of Establishment</w:t>
            </w:r>
          </w:p>
        </w:tc>
        <w:tc>
          <w:tcPr>
            <w:tcW w:type="dxa" w:w="5387"/>
            <w:gridSpan w:val="2"/>
          </w:tcPr>
          <w:p>
            <w:pPr>
              <w:spacing w:before="0" w:after="0" w:line="240" w:lineRule="auto"/>
            </w:pPr>
            <w:r/>
            <w:r>
              <w:rPr>
                <w:b w:val="0"/>
                <w:i w:val="0"/>
                <w:sz w:val="18"/>
              </w:rPr>
            </w:r>
          </w:p>
        </w:tc>
      </w:tr>
      <w:tr>
        <w:trPr>
          <w:trHeight w:hRule="atLeast" w:val="351"/>
        </w:trPr>
        <w:tc>
          <w:tcPr>
            <w:tcW w:type="dxa" w:w="737"/>
          </w:tcPr>
          <w:p>
            <w:pPr>
              <w:spacing w:before="0" w:after="0" w:line="240" w:lineRule="auto"/>
              <w:jc w:val="center"/>
            </w:pPr>
            <w:r/>
            <w:r>
              <w:rPr>
                <w:b w:val="0"/>
                <w:i w:val="0"/>
                <w:sz w:val="18"/>
              </w:rPr>
              <w:t>4</w:t>
            </w:r>
          </w:p>
        </w:tc>
        <w:tc>
          <w:tcPr>
            <w:tcW w:type="dxa" w:w="4649"/>
          </w:tcPr>
          <w:p>
            <w:pPr>
              <w:spacing w:before="0" w:after="0" w:line="240" w:lineRule="auto"/>
            </w:pPr>
            <w:r/>
            <w:r>
              <w:rPr>
                <w:b w:val="0"/>
                <w:i w:val="0"/>
                <w:sz w:val="18"/>
              </w:rPr>
              <w:t>Permenant Account No. (PAN)</w:t>
            </w:r>
          </w:p>
        </w:tc>
        <w:tc>
          <w:tcPr>
            <w:tcW w:type="dxa" w:w="5387"/>
            <w:gridSpan w:val="2"/>
          </w:tcPr>
          <w:p>
            <w:pPr>
              <w:spacing w:before="0" w:after="0" w:line="240" w:lineRule="auto"/>
            </w:pPr>
            <w:r/>
            <w:r>
              <w:rPr>
                <w:b w:val="0"/>
                <w:i w:val="0"/>
                <w:sz w:val="18"/>
              </w:rPr>
            </w:r>
          </w:p>
        </w:tc>
      </w:tr>
      <w:tr>
        <w:trPr>
          <w:trHeight w:hRule="atLeast" w:val="351"/>
        </w:trPr>
        <w:tc>
          <w:tcPr>
            <w:tcW w:type="dxa" w:w="737"/>
          </w:tcPr>
          <w:p>
            <w:pPr>
              <w:spacing w:before="0" w:after="0" w:line="240" w:lineRule="auto"/>
              <w:jc w:val="center"/>
            </w:pPr>
            <w:r/>
            <w:r>
              <w:rPr>
                <w:b w:val="0"/>
                <w:i w:val="0"/>
                <w:sz w:val="18"/>
              </w:rPr>
              <w:t>5</w:t>
            </w:r>
          </w:p>
        </w:tc>
        <w:tc>
          <w:tcPr>
            <w:tcW w:type="dxa" w:w="4649"/>
          </w:tcPr>
          <w:p>
            <w:pPr>
              <w:spacing w:before="0" w:after="0" w:line="240" w:lineRule="auto"/>
            </w:pPr>
            <w:r/>
            <w:r>
              <w:rPr>
                <w:b w:val="0"/>
                <w:i w:val="0"/>
                <w:sz w:val="18"/>
              </w:rPr>
              <w:t>Value Added Tax Registration No. (VAT)</w:t>
            </w:r>
          </w:p>
        </w:tc>
        <w:tc>
          <w:tcPr>
            <w:tcW w:type="dxa" w:w="5387"/>
            <w:gridSpan w:val="2"/>
          </w:tcPr>
          <w:p>
            <w:pPr>
              <w:spacing w:before="0" w:after="0" w:line="240" w:lineRule="auto"/>
            </w:pPr>
            <w:r/>
            <w:r>
              <w:rPr>
                <w:b w:val="0"/>
                <w:i w:val="0"/>
                <w:sz w:val="18"/>
              </w:rPr>
            </w:r>
          </w:p>
        </w:tc>
      </w:tr>
      <w:tr>
        <w:trPr>
          <w:trHeight w:hRule="atLeast" w:val="351"/>
        </w:trPr>
        <w:tc>
          <w:tcPr>
            <w:tcW w:type="dxa" w:w="737"/>
          </w:tcPr>
          <w:p>
            <w:pPr>
              <w:spacing w:before="0" w:after="0" w:line="240" w:lineRule="auto"/>
              <w:jc w:val="center"/>
            </w:pPr>
            <w:r/>
            <w:r>
              <w:rPr>
                <w:b w:val="0"/>
                <w:i w:val="0"/>
                <w:sz w:val="18"/>
              </w:rPr>
              <w:t>6</w:t>
            </w:r>
          </w:p>
        </w:tc>
        <w:tc>
          <w:tcPr>
            <w:tcW w:type="dxa" w:w="4649"/>
          </w:tcPr>
          <w:p>
            <w:pPr>
              <w:spacing w:before="0" w:after="0" w:line="240" w:lineRule="auto"/>
            </w:pPr>
            <w:r/>
            <w:r>
              <w:rPr>
                <w:b w:val="0"/>
                <w:i w:val="0"/>
                <w:sz w:val="18"/>
              </w:rPr>
              <w:t>GST Number</w:t>
            </w:r>
          </w:p>
        </w:tc>
        <w:tc>
          <w:tcPr>
            <w:tcW w:type="dxa" w:w="5387"/>
            <w:gridSpan w:val="2"/>
          </w:tcPr>
          <w:p>
            <w:pPr>
              <w:spacing w:before="0" w:after="0" w:line="240" w:lineRule="auto"/>
            </w:pPr>
            <w:r/>
            <w:r>
              <w:rPr>
                <w:b w:val="0"/>
                <w:i w:val="0"/>
                <w:sz w:val="18"/>
              </w:rPr>
            </w:r>
          </w:p>
        </w:tc>
      </w:tr>
      <w:tr>
        <w:trPr>
          <w:trHeight w:hRule="atLeast" w:val="351"/>
        </w:trPr>
        <w:tc>
          <w:tcPr>
            <w:tcW w:type="dxa" w:w="737"/>
          </w:tcPr>
          <w:p>
            <w:pPr>
              <w:spacing w:before="0" w:after="0" w:line="240" w:lineRule="auto"/>
              <w:jc w:val="center"/>
            </w:pPr>
            <w:r/>
            <w:r>
              <w:rPr>
                <w:b w:val="0"/>
                <w:i w:val="0"/>
                <w:sz w:val="18"/>
              </w:rPr>
              <w:t>7</w:t>
            </w:r>
          </w:p>
        </w:tc>
        <w:tc>
          <w:tcPr>
            <w:tcW w:type="dxa" w:w="4649"/>
          </w:tcPr>
          <w:p>
            <w:pPr>
              <w:spacing w:before="0" w:after="0" w:line="240" w:lineRule="auto"/>
            </w:pPr>
            <w:r/>
            <w:r>
              <w:rPr>
                <w:b w:val="0"/>
                <w:i w:val="0"/>
                <w:sz w:val="18"/>
              </w:rPr>
              <w:t>IEC CODE - Import / Export code</w:t>
            </w:r>
          </w:p>
        </w:tc>
        <w:tc>
          <w:tcPr>
            <w:tcW w:type="dxa" w:w="5387"/>
            <w:gridSpan w:val="2"/>
          </w:tcPr>
          <w:p>
            <w:pPr>
              <w:spacing w:before="0" w:after="0" w:line="240" w:lineRule="auto"/>
            </w:pPr>
            <w:r/>
            <w:r>
              <w:rPr>
                <w:b w:val="0"/>
                <w:i w:val="0"/>
                <w:sz w:val="18"/>
              </w:rPr>
            </w:r>
          </w:p>
        </w:tc>
      </w:tr>
      <w:tr>
        <w:trPr>
          <w:trHeight w:hRule="atLeast" w:val="351"/>
        </w:trPr>
        <w:tc>
          <w:tcPr>
            <w:tcW w:type="dxa" w:w="737"/>
          </w:tcPr>
          <w:p>
            <w:pPr>
              <w:spacing w:before="0" w:after="0" w:line="240" w:lineRule="auto"/>
              <w:jc w:val="center"/>
            </w:pPr>
            <w:r/>
            <w:r>
              <w:rPr>
                <w:b w:val="0"/>
                <w:i w:val="0"/>
                <w:sz w:val="18"/>
              </w:rPr>
              <w:t>8</w:t>
            </w:r>
          </w:p>
        </w:tc>
        <w:tc>
          <w:tcPr>
            <w:tcW w:type="dxa" w:w="4649"/>
          </w:tcPr>
          <w:p>
            <w:pPr>
              <w:spacing w:before="0" w:after="0" w:line="240" w:lineRule="auto"/>
            </w:pPr>
            <w:r/>
            <w:r>
              <w:rPr>
                <w:b w:val="0"/>
                <w:i w:val="0"/>
                <w:sz w:val="18"/>
              </w:rPr>
              <w:t>Nature of Business</w:t>
            </w:r>
          </w:p>
        </w:tc>
        <w:tc>
          <w:tcPr>
            <w:tcW w:type="dxa" w:w="5387"/>
            <w:gridSpan w:val="2"/>
          </w:tcPr>
          <w:p>
            <w:pPr>
              <w:spacing w:before="0" w:after="0" w:line="240" w:lineRule="auto"/>
            </w:pPr>
            <w:r/>
            <w:r>
              <w:rPr>
                <w:b w:val="0"/>
                <w:i w:val="0"/>
                <w:sz w:val="18"/>
              </w:rPr>
            </w:r>
          </w:p>
        </w:tc>
      </w:tr>
      <w:tr>
        <w:trPr>
          <w:trHeight w:hRule="atLeast" w:val="351"/>
        </w:trPr>
        <w:tc>
          <w:tcPr>
            <w:tcW w:type="dxa" w:w="737"/>
          </w:tcPr>
          <w:p>
            <w:pPr>
              <w:spacing w:before="0" w:after="0" w:line="240" w:lineRule="auto"/>
              <w:jc w:val="center"/>
            </w:pPr>
            <w:r/>
            <w:r>
              <w:rPr>
                <w:b w:val="0"/>
                <w:i w:val="0"/>
                <w:sz w:val="18"/>
              </w:rPr>
              <w:t>9</w:t>
            </w:r>
          </w:p>
        </w:tc>
        <w:tc>
          <w:tcPr>
            <w:tcW w:type="dxa" w:w="4649"/>
          </w:tcPr>
          <w:p>
            <w:pPr>
              <w:spacing w:before="0" w:after="0" w:line="240" w:lineRule="auto"/>
            </w:pPr>
            <w:r/>
            <w:r>
              <w:rPr>
                <w:b w:val="0"/>
                <w:i w:val="0"/>
                <w:sz w:val="18"/>
              </w:rPr>
              <w:t>Name and Address of Directors / Partners with DIN &amp; Tel. Nos. E-Mail id :</w:t>
            </w:r>
          </w:p>
        </w:tc>
        <w:tc>
          <w:tcPr>
            <w:tcW w:type="dxa" w:w="5387"/>
            <w:gridSpan w:val="2"/>
          </w:tcPr>
          <w:p>
            <w:pPr>
              <w:spacing w:before="0" w:after="0" w:line="240" w:lineRule="auto"/>
            </w:pPr>
            <w:r/>
            <w:r>
              <w:rPr>
                <w:b w:val="0"/>
                <w:i w:val="0"/>
                <w:sz w:val="18"/>
              </w:rPr>
            </w:r>
          </w:p>
        </w:tc>
      </w:tr>
      <w:tr>
        <w:trPr>
          <w:trHeight w:hRule="atLeast" w:val="351"/>
        </w:trPr>
        <w:tc>
          <w:tcPr>
            <w:tcW w:type="dxa" w:w="737"/>
          </w:tcPr>
          <w:p>
            <w:pPr>
              <w:spacing w:before="0" w:after="0" w:line="240" w:lineRule="auto"/>
              <w:jc w:val="center"/>
            </w:pPr>
            <w:r/>
            <w:r>
              <w:rPr>
                <w:b w:val="0"/>
                <w:i w:val="0"/>
                <w:sz w:val="18"/>
              </w:rPr>
              <w:t>10</w:t>
            </w:r>
          </w:p>
        </w:tc>
        <w:tc>
          <w:tcPr>
            <w:tcW w:type="dxa" w:w="4649"/>
          </w:tcPr>
          <w:p>
            <w:pPr>
              <w:spacing w:before="0" w:after="0" w:line="240" w:lineRule="auto"/>
            </w:pPr>
            <w:r/>
            <w:r>
              <w:rPr>
                <w:b w:val="0"/>
                <w:i w:val="0"/>
                <w:sz w:val="18"/>
              </w:rPr>
              <w:t>Name &amp; Contact details of Accounts / Finance Head</w:t>
            </w:r>
          </w:p>
        </w:tc>
        <w:tc>
          <w:tcPr>
            <w:tcW w:type="dxa" w:w="5387"/>
            <w:gridSpan w:val="2"/>
          </w:tcPr>
          <w:p>
            <w:pPr>
              <w:spacing w:before="0" w:after="0" w:line="240" w:lineRule="auto"/>
            </w:pPr>
            <w:r/>
            <w:r>
              <w:rPr>
                <w:b w:val="0"/>
                <w:i w:val="0"/>
                <w:sz w:val="18"/>
              </w:rPr>
            </w:r>
          </w:p>
        </w:tc>
      </w:tr>
      <w:tr>
        <w:trPr>
          <w:trHeight w:hRule="atLeast" w:val="351"/>
        </w:trPr>
        <w:tc>
          <w:tcPr>
            <w:tcW w:type="dxa" w:w="737"/>
          </w:tcPr>
          <w:p>
            <w:pPr>
              <w:spacing w:before="0" w:after="0" w:line="240" w:lineRule="auto"/>
              <w:jc w:val="center"/>
            </w:pPr>
            <w:r/>
            <w:r>
              <w:rPr>
                <w:b w:val="0"/>
                <w:i w:val="0"/>
                <w:sz w:val="18"/>
              </w:rPr>
              <w:t>11</w:t>
            </w:r>
          </w:p>
        </w:tc>
        <w:tc>
          <w:tcPr>
            <w:tcW w:type="dxa" w:w="4649"/>
          </w:tcPr>
          <w:p>
            <w:pPr>
              <w:spacing w:before="0" w:after="0" w:line="240" w:lineRule="auto"/>
            </w:pPr>
            <w:r/>
            <w:r>
              <w:rPr>
                <w:b w:val="0"/>
                <w:i w:val="0"/>
                <w:sz w:val="18"/>
              </w:rPr>
              <w:t>Details of Branch offices of the Company</w:t>
            </w:r>
          </w:p>
        </w:tc>
        <w:tc>
          <w:tcPr>
            <w:tcW w:type="dxa" w:w="5387"/>
            <w:gridSpan w:val="2"/>
          </w:tcPr>
          <w:p>
            <w:pPr>
              <w:spacing w:before="0" w:after="0" w:line="240" w:lineRule="auto"/>
            </w:pPr>
            <w:r/>
            <w:r>
              <w:rPr>
                <w:b w:val="0"/>
                <w:i w:val="0"/>
                <w:sz w:val="18"/>
              </w:rPr>
            </w:r>
          </w:p>
        </w:tc>
      </w:tr>
      <w:tr>
        <w:trPr>
          <w:trHeight w:hRule="atLeast" w:val="351"/>
        </w:trPr>
        <w:tc>
          <w:tcPr>
            <w:tcW w:type="dxa" w:w="737"/>
          </w:tcPr>
          <w:p>
            <w:pPr>
              <w:spacing w:before="0" w:after="0" w:line="240" w:lineRule="auto"/>
              <w:jc w:val="center"/>
            </w:pPr>
            <w:r/>
            <w:r>
              <w:rPr>
                <w:b w:val="0"/>
                <w:i w:val="0"/>
                <w:sz w:val="18"/>
              </w:rPr>
              <w:t>12</w:t>
            </w:r>
          </w:p>
        </w:tc>
        <w:tc>
          <w:tcPr>
            <w:tcW w:type="dxa" w:w="4649"/>
          </w:tcPr>
          <w:p>
            <w:pPr>
              <w:spacing w:before="0" w:after="0" w:line="240" w:lineRule="auto"/>
            </w:pPr>
            <w:r/>
            <w:r>
              <w:rPr>
                <w:b w:val="0"/>
                <w:i w:val="0"/>
                <w:sz w:val="18"/>
              </w:rPr>
              <w:t>Name of Decision maker or person interacting on day to day basis for business</w:t>
            </w:r>
          </w:p>
        </w:tc>
        <w:tc>
          <w:tcPr>
            <w:tcW w:type="dxa" w:w="5387"/>
            <w:gridSpan w:val="2"/>
          </w:tcPr>
          <w:p>
            <w:pPr>
              <w:spacing w:before="0" w:after="0" w:line="240" w:lineRule="auto"/>
            </w:pPr>
            <w:r/>
            <w:r>
              <w:rPr>
                <w:b w:val="0"/>
                <w:i w:val="0"/>
                <w:sz w:val="18"/>
              </w:rPr>
            </w:r>
          </w:p>
        </w:tc>
      </w:tr>
      <w:tr>
        <w:trPr>
          <w:trHeight w:hRule="atLeast" w:val="351"/>
        </w:trPr>
        <w:tc>
          <w:tcPr>
            <w:tcW w:type="dxa" w:w="737"/>
            <w:vMerge w:val="restart"/>
            <w:vAlign w:val="center"/>
          </w:tcPr>
          <w:p>
            <w:pPr>
              <w:spacing w:before="0" w:after="0" w:line="240" w:lineRule="auto"/>
              <w:jc w:val="center"/>
            </w:pPr>
            <w:r/>
            <w:r>
              <w:rPr>
                <w:b w:val="0"/>
                <w:i w:val="0"/>
                <w:sz w:val="18"/>
              </w:rPr>
              <w:t>13</w:t>
            </w:r>
          </w:p>
          <w:p>
            <w:pPr>
              <w:spacing w:before="0" w:after="0" w:line="240" w:lineRule="auto"/>
              <w:jc w:val="center"/>
            </w:pPr>
            <w:r/>
            <w:r>
              <w:rPr>
                <w:b w:val="0"/>
                <w:i w:val="0"/>
                <w:sz w:val="18"/>
              </w:rPr>
            </w:r>
          </w:p>
          <w:p>
            <w:pPr>
              <w:spacing w:before="0" w:after="0" w:line="240" w:lineRule="auto"/>
              <w:jc w:val="center"/>
            </w:pPr>
            <w:r/>
            <w:r>
              <w:rPr>
                <w:b w:val="0"/>
                <w:i w:val="0"/>
                <w:sz w:val="18"/>
              </w:rPr>
            </w:r>
          </w:p>
          <w:p>
            <w:pPr>
              <w:spacing w:before="0" w:after="0" w:line="240" w:lineRule="auto"/>
              <w:jc w:val="center"/>
            </w:pPr>
            <w:r/>
            <w:r>
              <w:rPr>
                <w:b w:val="0"/>
                <w:i w:val="0"/>
                <w:sz w:val="18"/>
              </w:rPr>
            </w:r>
          </w:p>
          <w:p>
            <w:pPr>
              <w:spacing w:before="0" w:after="0" w:line="240" w:lineRule="auto"/>
              <w:jc w:val="center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4649"/>
            <w:vMerge w:val="restart"/>
            <w:vAlign w:val="center"/>
          </w:tcPr>
          <w:p>
            <w:pPr>
              <w:spacing w:before="0" w:after="0" w:line="240" w:lineRule="auto"/>
            </w:pPr>
            <w:r/>
            <w:r>
              <w:rPr>
                <w:b w:val="0"/>
                <w:i w:val="0"/>
                <w:sz w:val="18"/>
              </w:rPr>
              <w:t>Bank Details</w:t>
            </w:r>
          </w:p>
          <w:p>
            <w:pPr>
              <w:spacing w:before="0" w:after="0" w:line="240" w:lineRule="auto"/>
            </w:pPr>
            <w:r/>
            <w:r>
              <w:rPr>
                <w:b w:val="0"/>
                <w:i w:val="0"/>
                <w:sz w:val="18"/>
              </w:rPr>
            </w:r>
          </w:p>
          <w:p>
            <w:pPr>
              <w:spacing w:before="0" w:after="0" w:line="240" w:lineRule="auto"/>
            </w:pPr>
            <w:r/>
            <w:r>
              <w:rPr>
                <w:b w:val="0"/>
                <w:i w:val="0"/>
                <w:sz w:val="18"/>
              </w:rPr>
            </w:r>
          </w:p>
          <w:p>
            <w:pPr>
              <w:spacing w:before="0" w:after="0" w:line="240" w:lineRule="auto"/>
            </w:pPr>
            <w:r/>
            <w:r>
              <w:rPr>
                <w:b w:val="0"/>
                <w:i w:val="0"/>
                <w:sz w:val="18"/>
              </w:rPr>
            </w:r>
          </w:p>
          <w:p>
            <w:pPr>
              <w:spacing w:before="0" w:after="0" w:line="240" w:lineRule="auto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2041"/>
          </w:tcPr>
          <w:p>
            <w:pPr>
              <w:spacing w:before="0" w:after="0" w:line="240" w:lineRule="auto"/>
            </w:pPr>
            <w:r/>
            <w:r>
              <w:rPr>
                <w:b w:val="0"/>
                <w:i w:val="0"/>
                <w:sz w:val="18"/>
              </w:rPr>
              <w:t>Name &amp; Address</w:t>
            </w:r>
          </w:p>
        </w:tc>
        <w:tc>
          <w:tcPr>
            <w:tcW w:type="dxa" w:w="3346"/>
          </w:tcPr>
          <w:p>
            <w:pPr>
              <w:spacing w:before="0" w:after="0" w:line="240" w:lineRule="auto"/>
            </w:pPr>
            <w:r/>
            <w:r>
              <w:rPr>
                <w:b w:val="0"/>
                <w:i w:val="0"/>
                <w:sz w:val="18"/>
              </w:rPr>
            </w:r>
          </w:p>
        </w:tc>
      </w:tr>
      <w:tr>
        <w:trPr>
          <w:trHeight w:hRule="atLeast" w:val="351"/>
        </w:trPr>
        <w:tc>
          <w:tcPr>
            <w:tcW w:type="dxa" w:w="737"/>
            <w:vMerge/>
          </w:tcPr>
          <w:p/>
        </w:tc>
        <w:tc>
          <w:tcPr>
            <w:tcW w:type="dxa" w:w="4649"/>
            <w:vMerge/>
          </w:tcPr>
          <w:p/>
        </w:tc>
        <w:tc>
          <w:tcPr>
            <w:tcW w:type="dxa" w:w="2041"/>
          </w:tcPr>
          <w:p>
            <w:pPr>
              <w:spacing w:before="0" w:after="0" w:line="240" w:lineRule="auto"/>
            </w:pPr>
            <w:r/>
            <w:r>
              <w:rPr>
                <w:b w:val="0"/>
                <w:i w:val="0"/>
                <w:sz w:val="18"/>
              </w:rPr>
              <w:t>Telephone No. (Bank)</w:t>
            </w:r>
          </w:p>
        </w:tc>
        <w:tc>
          <w:tcPr>
            <w:tcW w:type="dxa" w:w="3346"/>
          </w:tcPr>
          <w:p>
            <w:pPr>
              <w:spacing w:before="0" w:after="0" w:line="240" w:lineRule="auto"/>
            </w:pPr>
            <w:r/>
            <w:r>
              <w:rPr>
                <w:b w:val="0"/>
                <w:i w:val="0"/>
                <w:sz w:val="18"/>
              </w:rPr>
            </w:r>
          </w:p>
        </w:tc>
      </w:tr>
      <w:tr>
        <w:trPr>
          <w:trHeight w:hRule="atLeast" w:val="351"/>
        </w:trPr>
        <w:tc>
          <w:tcPr>
            <w:tcW w:type="dxa" w:w="737"/>
            <w:vMerge/>
          </w:tcPr>
          <w:p/>
        </w:tc>
        <w:tc>
          <w:tcPr>
            <w:tcW w:type="dxa" w:w="4649"/>
            <w:vMerge/>
          </w:tcPr>
          <w:p/>
        </w:tc>
        <w:tc>
          <w:tcPr>
            <w:tcW w:type="dxa" w:w="2041"/>
          </w:tcPr>
          <w:p>
            <w:pPr>
              <w:spacing w:before="0" w:after="0" w:line="240" w:lineRule="auto"/>
            </w:pPr>
            <w:r/>
            <w:r>
              <w:rPr>
                <w:b w:val="0"/>
                <w:i w:val="0"/>
                <w:sz w:val="18"/>
              </w:rPr>
              <w:t>A/c. No.</w:t>
            </w:r>
          </w:p>
        </w:tc>
        <w:tc>
          <w:tcPr>
            <w:tcW w:type="dxa" w:w="3346"/>
          </w:tcPr>
          <w:p>
            <w:pPr>
              <w:spacing w:before="0" w:after="0" w:line="240" w:lineRule="auto"/>
            </w:pPr>
            <w:r/>
            <w:r>
              <w:rPr>
                <w:b w:val="0"/>
                <w:i w:val="0"/>
                <w:sz w:val="18"/>
              </w:rPr>
            </w:r>
          </w:p>
        </w:tc>
      </w:tr>
      <w:tr>
        <w:trPr>
          <w:trHeight w:hRule="atLeast" w:val="351"/>
        </w:trPr>
        <w:tc>
          <w:tcPr>
            <w:tcW w:type="dxa" w:w="737"/>
            <w:vMerge/>
          </w:tcPr>
          <w:p/>
        </w:tc>
        <w:tc>
          <w:tcPr>
            <w:tcW w:type="dxa" w:w="4649"/>
            <w:vMerge/>
          </w:tcPr>
          <w:p/>
        </w:tc>
        <w:tc>
          <w:tcPr>
            <w:tcW w:type="dxa" w:w="2041"/>
          </w:tcPr>
          <w:p>
            <w:pPr>
              <w:spacing w:before="0" w:after="0" w:line="240" w:lineRule="auto"/>
            </w:pPr>
            <w:r/>
            <w:r>
              <w:rPr>
                <w:b w:val="0"/>
                <w:i w:val="0"/>
                <w:sz w:val="18"/>
              </w:rPr>
              <w:t>MICR No. of the Bank</w:t>
            </w:r>
          </w:p>
        </w:tc>
        <w:tc>
          <w:tcPr>
            <w:tcW w:type="dxa" w:w="3346"/>
          </w:tcPr>
          <w:p>
            <w:pPr>
              <w:spacing w:before="0" w:after="0" w:line="240" w:lineRule="auto"/>
            </w:pPr>
            <w:r/>
            <w:r>
              <w:rPr>
                <w:b w:val="0"/>
                <w:i w:val="0"/>
                <w:sz w:val="18"/>
              </w:rPr>
            </w:r>
          </w:p>
        </w:tc>
      </w:tr>
      <w:tr>
        <w:trPr>
          <w:trHeight w:hRule="atLeast" w:val="351"/>
        </w:trPr>
        <w:tc>
          <w:tcPr>
            <w:tcW w:type="dxa" w:w="737"/>
            <w:vMerge/>
          </w:tcPr>
          <w:p/>
        </w:tc>
        <w:tc>
          <w:tcPr>
            <w:tcW w:type="dxa" w:w="4649"/>
            <w:vMerge/>
          </w:tcPr>
          <w:p/>
        </w:tc>
        <w:tc>
          <w:tcPr>
            <w:tcW w:type="dxa" w:w="2041"/>
          </w:tcPr>
          <w:p>
            <w:pPr>
              <w:spacing w:before="0" w:after="0" w:line="240" w:lineRule="auto"/>
            </w:pPr>
            <w:r/>
            <w:r>
              <w:rPr>
                <w:b w:val="0"/>
                <w:i w:val="0"/>
                <w:sz w:val="18"/>
              </w:rPr>
              <w:t>RTGS Code No.</w:t>
            </w:r>
          </w:p>
        </w:tc>
        <w:tc>
          <w:tcPr>
            <w:tcW w:type="dxa" w:w="3346"/>
          </w:tcPr>
          <w:p>
            <w:pPr>
              <w:spacing w:before="0" w:after="0" w:line="240" w:lineRule="auto"/>
            </w:pPr>
            <w:r/>
            <w:r>
              <w:rPr>
                <w:b w:val="0"/>
                <w:i w:val="0"/>
                <w:sz w:val="18"/>
              </w:rPr>
            </w:r>
          </w:p>
        </w:tc>
      </w:tr>
      <w:tr>
        <w:trPr>
          <w:trHeight w:hRule="atLeast" w:val="351"/>
        </w:trPr>
        <w:tc>
          <w:tcPr>
            <w:tcW w:type="dxa" w:w="737"/>
          </w:tcPr>
          <w:p>
            <w:pPr>
              <w:spacing w:before="0" w:after="0" w:line="240" w:lineRule="auto"/>
              <w:jc w:val="center"/>
            </w:pPr>
            <w:r/>
            <w:r>
              <w:rPr>
                <w:b w:val="0"/>
                <w:i w:val="0"/>
                <w:sz w:val="18"/>
              </w:rPr>
              <w:t>14</w:t>
            </w:r>
          </w:p>
        </w:tc>
        <w:tc>
          <w:tcPr>
            <w:tcW w:type="dxa" w:w="4649"/>
          </w:tcPr>
          <w:p>
            <w:pPr>
              <w:spacing w:before="0" w:after="0" w:line="240" w:lineRule="auto"/>
            </w:pPr>
            <w:r/>
            <w:r>
              <w:rPr>
                <w:b w:val="0"/>
                <w:i w:val="0"/>
                <w:sz w:val="18"/>
              </w:rPr>
              <w:t>Copy of cancelled cheque</w:t>
            </w:r>
          </w:p>
        </w:tc>
        <w:tc>
          <w:tcPr>
            <w:tcW w:type="dxa" w:w="5387"/>
            <w:gridSpan w:val="2"/>
          </w:tcPr>
          <w:p>
            <w:pPr>
              <w:spacing w:before="0" w:after="0" w:line="240" w:lineRule="auto"/>
            </w:pPr>
            <w:r/>
            <w:r>
              <w:rPr>
                <w:b w:val="0"/>
                <w:i w:val="0"/>
                <w:sz w:val="18"/>
              </w:rPr>
            </w:r>
          </w:p>
        </w:tc>
      </w:tr>
      <w:tr>
        <w:trPr>
          <w:trHeight w:hRule="atLeast" w:val="351"/>
        </w:trPr>
        <w:tc>
          <w:tcPr>
            <w:tcW w:type="dxa" w:w="737"/>
          </w:tcPr>
          <w:p>
            <w:pPr>
              <w:spacing w:before="0" w:after="0" w:line="240" w:lineRule="auto"/>
              <w:jc w:val="center"/>
            </w:pPr>
            <w:r/>
            <w:r>
              <w:rPr>
                <w:b w:val="0"/>
                <w:i w:val="0"/>
                <w:sz w:val="18"/>
              </w:rPr>
              <w:t>15</w:t>
            </w:r>
          </w:p>
        </w:tc>
        <w:tc>
          <w:tcPr>
            <w:tcW w:type="dxa" w:w="4649"/>
          </w:tcPr>
          <w:p>
            <w:pPr>
              <w:spacing w:before="0" w:after="0" w:line="240" w:lineRule="auto"/>
            </w:pPr>
            <w:r/>
            <w:r>
              <w:rPr>
                <w:b w:val="0"/>
                <w:i w:val="0"/>
                <w:sz w:val="18"/>
              </w:rPr>
              <w:t>Approximate Commited volumes in terms of TEUS, Freight amounts &amp; No of Shipments</w:t>
            </w:r>
          </w:p>
        </w:tc>
        <w:tc>
          <w:tcPr>
            <w:tcW w:type="dxa" w:w="5387"/>
            <w:gridSpan w:val="2"/>
          </w:tcPr>
          <w:p>
            <w:pPr>
              <w:spacing w:before="0" w:after="0" w:line="240" w:lineRule="auto"/>
            </w:pPr>
            <w:r/>
            <w:r>
              <w:rPr>
                <w:b w:val="0"/>
                <w:i w:val="0"/>
                <w:sz w:val="18"/>
              </w:rPr>
            </w:r>
          </w:p>
        </w:tc>
      </w:tr>
      <w:tr>
        <w:trPr>
          <w:trHeight w:hRule="atLeast" w:val="794"/>
        </w:trPr>
        <w:tc>
          <w:tcPr>
            <w:tcW w:type="dxa" w:w="737"/>
          </w:tcPr>
          <w:p>
            <w:pPr>
              <w:spacing w:before="0" w:after="0" w:line="240" w:lineRule="auto"/>
              <w:jc w:val="center"/>
            </w:pPr>
            <w:r/>
            <w:r>
              <w:rPr>
                <w:b w:val="0"/>
                <w:i w:val="0"/>
                <w:sz w:val="18"/>
              </w:rPr>
              <w:t>16</w:t>
            </w:r>
          </w:p>
        </w:tc>
        <w:tc>
          <w:tcPr>
            <w:tcW w:type="dxa" w:w="4649"/>
          </w:tcPr>
          <w:p>
            <w:pPr>
              <w:spacing w:before="0" w:after="0" w:line="240" w:lineRule="auto"/>
            </w:pPr>
            <w:r/>
            <w:r>
              <w:rPr>
                <w:b w:val="0"/>
                <w:i w:val="0"/>
                <w:sz w:val="18"/>
              </w:rPr>
              <w:t>I hereby declare the above information is true &amp; correct. Authorised Signature with Co. Seal</w:t>
            </w:r>
          </w:p>
        </w:tc>
        <w:tc>
          <w:tcPr>
            <w:tcW w:type="dxa" w:w="5387"/>
            <w:gridSpan w:val="2"/>
          </w:tcPr>
          <w:p>
            <w:pPr>
              <w:spacing w:before="0" w:after="0" w:line="240" w:lineRule="auto"/>
            </w:pPr>
            <w:r/>
            <w:r>
              <w:rPr>
                <w:b w:val="0"/>
                <w:i w:val="0"/>
                <w:sz w:val="18"/>
              </w:rPr>
            </w:r>
          </w:p>
        </w:tc>
      </w:tr>
    </w:tbl>
    <w:p>
      <w:pPr>
        <w:spacing w:before="0" w:after="0" w:line="240" w:lineRule="auto"/>
        <w:jc w:val="center"/>
      </w:pPr>
      <w:r>
        <w:rPr>
          <w:b/>
          <w:sz w:val="20"/>
        </w:rPr>
        <w:t>To be filled up by ASIATIC CONTAINER LINES INDIA PVT LTD</w:t>
      </w:r>
    </w:p>
    <w:tbl>
      <w:tblPr>
        <w:tblW w:type="auto" w:w="0"/>
        <w:jc w:val="center"/>
        <w:tblLook w:firstColumn="1" w:firstRow="1" w:lastColumn="0" w:lastRow="0" w:noHBand="0" w:noVBand="1" w:val="04A0"/>
        <w:tblCellMar>
          <w:top w:w="10" w:type="dxa"/>
          <w:bottom w:w="10" w:type="dxa"/>
          <w:left w:w="60" w:type="dxa"/>
          <w:right w:w="60" w:type="dxa"/>
        </w:tblCellMar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</w:tblPr>
      <w:tblGrid>
        <w:gridCol w:w="737"/>
        <w:gridCol w:w="4649"/>
        <w:gridCol w:w="5387"/>
      </w:tblGrid>
      <w:tr>
        <w:trPr>
          <w:trHeight w:hRule="atLeast" w:val="510"/>
        </w:trPr>
        <w:tc>
          <w:tcPr>
            <w:tcW w:type="dxa" w:w="737"/>
          </w:tcPr>
          <w:p>
            <w:pPr>
              <w:spacing w:before="0" w:after="0" w:line="240" w:lineRule="auto"/>
              <w:jc w:val="center"/>
            </w:pPr>
            <w:r/>
            <w:r>
              <w:rPr>
                <w:b w:val="0"/>
                <w:i w:val="0"/>
                <w:sz w:val="18"/>
              </w:rPr>
              <w:t>18</w:t>
            </w:r>
          </w:p>
        </w:tc>
        <w:tc>
          <w:tcPr>
            <w:tcW w:type="dxa" w:w="4649"/>
          </w:tcPr>
          <w:p>
            <w:pPr>
              <w:spacing w:before="0" w:after="0" w:line="240" w:lineRule="auto"/>
            </w:pPr>
            <w:r/>
            <w:r>
              <w:rPr>
                <w:b w:val="0"/>
                <w:i w:val="0"/>
                <w:sz w:val="18"/>
              </w:rPr>
              <w:t>Signature of Sales Personnel recommending the customer</w:t>
            </w:r>
          </w:p>
        </w:tc>
        <w:tc>
          <w:tcPr>
            <w:tcW w:type="dxa" w:w="5387"/>
          </w:tcPr>
          <w:p>
            <w:pPr>
              <w:spacing w:before="0" w:after="0" w:line="240" w:lineRule="auto"/>
            </w:pPr>
            <w:r/>
            <w:r>
              <w:rPr>
                <w:b w:val="0"/>
                <w:i w:val="0"/>
                <w:sz w:val="18"/>
              </w:rPr>
            </w:r>
          </w:p>
        </w:tc>
      </w:tr>
      <w:tr>
        <w:trPr>
          <w:trHeight w:hRule="atLeast" w:val="510"/>
        </w:trPr>
        <w:tc>
          <w:tcPr>
            <w:tcW w:type="dxa" w:w="737"/>
          </w:tcPr>
          <w:p>
            <w:pPr>
              <w:spacing w:before="0" w:after="0" w:line="240" w:lineRule="auto"/>
              <w:jc w:val="center"/>
            </w:pPr>
            <w:r/>
            <w:r>
              <w:rPr>
                <w:b w:val="0"/>
                <w:i w:val="0"/>
                <w:sz w:val="18"/>
              </w:rPr>
              <w:t>19</w:t>
            </w:r>
          </w:p>
        </w:tc>
        <w:tc>
          <w:tcPr>
            <w:tcW w:type="dxa" w:w="4649"/>
          </w:tcPr>
          <w:p>
            <w:pPr>
              <w:spacing w:before="0" w:after="0" w:line="240" w:lineRule="auto"/>
            </w:pPr>
            <w:r/>
            <w:r>
              <w:rPr>
                <w:b w:val="0"/>
                <w:i w:val="0"/>
                <w:sz w:val="18"/>
              </w:rPr>
              <w:t>Comments / approval of Commercial Head</w:t>
            </w:r>
          </w:p>
        </w:tc>
        <w:tc>
          <w:tcPr>
            <w:tcW w:type="dxa" w:w="5387"/>
          </w:tcPr>
          <w:p>
            <w:pPr>
              <w:spacing w:before="0" w:after="0" w:line="240" w:lineRule="auto"/>
            </w:pPr>
            <w:r/>
            <w:r>
              <w:rPr>
                <w:b w:val="0"/>
                <w:i w:val="0"/>
                <w:sz w:val="18"/>
              </w:rPr>
            </w:r>
          </w:p>
        </w:tc>
      </w:tr>
      <w:tr>
        <w:trPr>
          <w:trHeight w:hRule="atLeast" w:val="510"/>
        </w:trPr>
        <w:tc>
          <w:tcPr>
            <w:tcW w:type="dxa" w:w="737"/>
          </w:tcPr>
          <w:p>
            <w:pPr>
              <w:spacing w:before="0" w:after="0" w:line="240" w:lineRule="auto"/>
              <w:jc w:val="center"/>
            </w:pPr>
            <w:r/>
            <w:r>
              <w:rPr>
                <w:b w:val="0"/>
                <w:i w:val="0"/>
                <w:sz w:val="18"/>
              </w:rPr>
              <w:t>20</w:t>
            </w:r>
          </w:p>
        </w:tc>
        <w:tc>
          <w:tcPr>
            <w:tcW w:type="dxa" w:w="4649"/>
          </w:tcPr>
          <w:p>
            <w:pPr>
              <w:spacing w:before="0" w:after="0" w:line="240" w:lineRule="auto"/>
            </w:pPr>
            <w:r/>
            <w:r>
              <w:rPr>
                <w:b w:val="0"/>
                <w:i w:val="0"/>
                <w:sz w:val="18"/>
              </w:rPr>
              <w:t>Remarks</w:t>
            </w:r>
          </w:p>
        </w:tc>
        <w:tc>
          <w:tcPr>
            <w:tcW w:type="dxa" w:w="5387"/>
          </w:tcPr>
          <w:p>
            <w:pPr>
              <w:spacing w:before="0" w:after="0" w:line="240" w:lineRule="auto"/>
            </w:pPr>
            <w:r/>
            <w:r>
              <w:rPr>
                <w:b w:val="0"/>
                <w:i w:val="0"/>
                <w:sz w:val="18"/>
              </w:rPr>
            </w:r>
          </w:p>
        </w:tc>
      </w:tr>
    </w:tbl>
    <w:sectPr w:rsidR="00FC693F" w:rsidRPr="0006063C" w:rsidSect="00034616">
      <w:pgSz w:w="11906" w:h="16838"/>
      <w:pgMar w:top="454" w:right="567" w:bottom="454" w:left="56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0" w:line="240" w:lineRule="auto"/>
    </w:pPr>
    <w:rPr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